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נמלים ורכבות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נמלי ישראל ואת תפקידם במסחר העולמי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שרשרת אספקה וכיצד מוצרים מגיעים אלינו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היתרונות של רכבות משא בהובלת סחורות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חיפה ואשדוד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היא סוחבת הרבה מכולות בבת אחת ומורידה משאיות מהכביש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פורקים, ממיינים ואורזים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נמל אילת נמצא על חוף הים האדום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בדיוק היתרון של שיטת המכולות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רכבת אחת סוחבת מכולות רבות בבת אחת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מכולות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מנופים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שרשרת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נמל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(נמצאים על חוף הים התיכון)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(נמצא על חוף הים האדום)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(מרים מכולות מהאונייה לרציף)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(מורידה משאיות רבות מהכביש)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אונייה מפליגה מארץ רחוקה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האונייה נכנסת לנמל בישראל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מנוף מוריד את המכולה מהאונייה לרציף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המכולה עולה על רכבת משא או משאית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יש לבדוק שהתלמיד מציע רעיון סביר הקשור לנמל, כמו שימוש ברכבות חשמליות, תכנון יעיל יותר של מסלולים, או שימוש באנרגיה ירוקה למנופים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- יש לבדוק הנמקה הגיונית, למשל מוצרים שיוצרו בישראל או גדלו בה ולא היה צורך בהובלה ימית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שמכולה היא קופסה גדולה המסומנת כדי שידעו מה יש בה ולאן להעביר אותה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שרכבת משא סוחבת הרבה מכולות בבת אחת ומפחיתה משאיות בכביש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מזכיר נמל חיפה, נמל אשדוד ונמל אילת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תמונה או סרטון קצר של נמל אמיתי כדי להמחיש את הגודל של המכולות והמנופים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לקשר את הפעילות למוצרים מוכרים מהבית ולשאול מאיפה הגיעו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המיון בים/ביבשה מתאימה לעבודה בזוגות לפני המעבר למשימות הכתובות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נמלים ורכבות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נמלים הם שערים שדרכם נכנסות ויוצאות סחורות מישראל לעולם. בדף הזה נתרגל מושגים הקשורים לנמלים, למכולות ולשרשרת האספקה.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מנופים  ·  מכולות  ·  שרשרת  ·  נמל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אילו נמלים של ישראל נמצאים על חוף הים התיכון?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אילת ואשדוד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חיפה ואילת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חיפה ואשדוד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היתרון של רכבת משא שמוזכר בטקסט?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היא שטה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היא סוחבת הרבה מכולות בבת אחת ומורידה משאיות מהכביש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היא מגיעה לכל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קורה במרכז הלוגיסטי?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פורקים, ממיינים ואורזים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בונים אוניות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מייצרים חשמל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נמל אילת נמצא על חוף הים התיכון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מכולות בגודל אחיד מאפשרות להעביר סחורה מאונייה לרכבת בלי לפרוק אותן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רכבת משא יכולה להחליף משאיות רבות בכביש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אונייה עמוסה ב__________ צבעוניות מתקרבת לחוף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__________ ענקיים מרימים את המכולות אחת אחרי השנייה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כל השלבים יחד נקראים __________ אספקה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ה__________ הגדול בדרום ישראל נמצא על חוף הים האדום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נמל חיפה ונמל אשדוד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מורידה משאיות רבות מהכביש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נמל אילת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מרים מכולות מהאונייה לרציף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מנוף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נמצאים על חוף הים התיכון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רכבת משא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נמצא על חוף הים האדום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מנוף מוריד את המכולה מהאונייה לרציף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אונייה מפליגה מארץ רחוקה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המכולה עולה על רכבת משא או משאית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האונייה נכנסת לנמל בישראל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אם הייתם מנהלים נמל, מה הייתם עושים כדי שהמוצרים יגיעו מהר יותר אבל גם יזהמו פחות?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אילו מוצרים בבית שלכם לדעתכם לא עברו בנמל בכלל? 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זו מכולה ולמה היא מסומנת במספר?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היתרון של רכבת משא על פני משאיות?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נמלים ורכבות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