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נמלים ורכבות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נמלי ישראל ואת תפקידם במסחר העולמי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שרשרת אספקה וכיצד מוצרים מגיעים אלינו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היתרונות של רכבות משא בהובלת סחורות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חיפה ואשדוד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היא סוחבת הרבה מכולות בבת אחת ומורידה משאיות מהכביש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פורקים, ממיינים ואורזים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כדי שהמחשבים יידעו מה יש בה ולאן היא צריכה להגיע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יהיו עיכובים בחוליות הבאות - רכבות, מחסנים וחנויות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הים האדום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נמל אילת נמצא על חוף הים האדום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בדיוק היתרון של שיטת המכולות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רכבת אחת סוחבת מכולות רבות בבת אחת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שרשרת האספקה כוללת את כל השלבים מהנמל ועד החנות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תפקידם של המנופים בנמל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מתואר בטקסט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מכולות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מנופים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שרשרת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נמל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(נמצאים על חוף הים התיכון)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(נמצא על חוף הים האדום)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(מרים מכולות מהאונייה לרציף)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(מורידה משאיות רבות מהכביש)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(פורקים, ממיינים ואורזים בו סחורה)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אונייה מפליגה מארץ רחוקה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האונייה נכנסת לנמל בישראל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מנוף מוריד את המכולה מהאונייה לרציף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המכולה עולה על רכבת משא או משאית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המכולה מגיעה למרכז לוגיסטי לפריקה ומיון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משאית קטנה מביאה את המוצר לחנות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חופשית - יש לבדוק שהתלמיד מציע רעיון סביר הקשור לנמל, כמו שימוש ברכבות חשמליות, תכנון יעיל יותר של מסלולים, או שימוש באנרגיה ירוקה למנופים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חופשית - יש לבדוק הנמקה הגיונית, למשל מוצרים שיוצרו בישראל או גדלו בה ולא היה צורך בהובלה ימית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חופשית - דמיון: שניהם נמלים גדולים עם מנופים ומכולות; שוני: רוטרדם גדול בהרבה ומשתמש ברכבים אוטומטיים ללא נהג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מבין שמכולה היא קופסה גדולה המסומנת כדי שידעו מה יש בה ולאן להעביר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שרכבת משא סוחבת הרבה מכולות בבת אחת ומפחיתה משאיות בכביש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מזכיר נמל חיפה, נמל אשדוד ונמל אילת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תמונה או סרטון קצר של נמל אמיתי כדי להמחיש את הגודל של המכולות והמנופים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לקשר את הפעילות למוצרים מוכרים מהבית ולשאול מאיפה הגיעו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המיון בים/ביבשה מתאימה לעבודה בזוגות לפני המעבר למשימות הכתובות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אדם וסביבה בעידן הגלובלי – 30 תחנות לכפר העולמי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נמלים ורכבות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נמל הוא מקום בים שבו אוניות עוצרות. דרך הנמל מגיעות סחורות מהעולם לישראל. נלמד מילים חדשות על נמלים ורכבות.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נמל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בחוף הים שבו אוניות עוגנות ופורקות סחורה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מכולה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קופסה גדולה ומסומנת במספר שמובילים בה סחורה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מנוף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מכונה גבוהה שמרימה מכולות כבדות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רכבת משא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רכבת שמובילה מכולות וסחורות ולא נוסעים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מרכז לוגיסטי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מחסן ענק שבו פורקים, ממיינים ואורזים סחורה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שרשרת אספקה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השלבים שעובר מוצר מהייצור ועד שמגיע אלינו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רציף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בנמל שבו מניחים את המכולות שירדו מהאונייה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אילו שני נמלים נמצאים ליד הים התיכון?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אילת ואשדוד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חיפה ואילת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חיפה ואשדוד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טבריה ואילת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 טוב להשתמש ברכבת משא?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שטה 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סוחבת הרבה מכולות בבת אחת ומורידה משאיות מהכביש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מגיעה לכל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לא צריכה מסילה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עושים במחסן הגדול?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פורקים, ממיינים ואורזים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בונים אוניות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מייצרים חשמל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מגדלים ירקות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יש מספר על כל מכולה?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שיהיה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לספור את האוניות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כך מחליטים את הצבע 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שהמחשבים יידעו מה יש בה ולאן היא צריכה להגיע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קורה אם הנמל מפסיק לעבוד ליום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שום דבר לא ישתנה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המוצרים יגיעו מהר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יהיו עיכובים בחוליות הבאות - רכבות, מחסנים וחנויות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האוניות ייעלמו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ליד איזה ים נמצא נמל אילת?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הים האדום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הים השחור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הים הכספי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נמל אילת נמצא על חוף הים התיכון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מכולות בגודל אחיד מאפשרות להעביר סחורה מאונייה לרכבת בלי לפרוק אותן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רכבת משא יכולה להחליף משאיות רבות בכביש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שרשרת אספקה כוללת רק את שלב המכירה בחנות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מנופים בנמל מרימים מכולות מהאונייה לרציף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בנמל חיפה ובנמל אשדוד יש מבצע של פריקת מכולות ומיונן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אונייה עמוסה ב__________ צבעוניות מתקרבת לחוף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 ענקיים מרימים את המכולות אחת אחרי השנייה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כל השלבים יחד נקראים __________ אספקה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הגדול בדרום ישראל נמצא על חוף הים האדום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הלוגיסטי הוא מחסן ענק שבו פורקים וממיינים סחורה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רכבת __________ יכולה לסחוב הרבה מכולות בבת אחת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נמל חיפה ונמל אשדוד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נמצא על חוף הים האדום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נמל אילת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מרים מכולות מהאונייה לרציף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מנוף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פורקים, ממיינים ואורזים בו סחורה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רכבת משא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נמצאים על חוף הים התיכון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מרכז לוגיסטי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מורידה משאיות רבות מהכביש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מנוף מוריד את המכולה מהאונייה לרציף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המכולה מגיעה למרכז לוגיסטי לפריקה ומיון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האונייה נכנסת לנמל בישראל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משאית קטנה מביאה את המוצר לחנות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אונייה מפליגה מארץ רחוקה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המכולה עולה על רכבת משא או משאית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אם הייתם מנהלים נמל, מה הייתם עושים כדי שהמוצרים יגיעו מהר יותר אבל גם יזהמו פחות?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מוצרים בבית שלכם לדעתכם לא עברו בנמל בכלל? למה?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השוו בקצרה בין נמל אשדוד לנמל רוטרדם - מה דומה ומה שונה?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זו מכולה ולמה היא מסומנת במספר?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היתרון של רכבת משא על פני משאיות?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שלושת נמלי ישראל שהוזכרו בטקסט?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נמלים ורכבות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